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MAS HORNÝ ŠARIŠ – MINČOL</w:t>
      </w:r>
    </w:p>
    <w:p>
      <w:pPr>
        <w:pStyle w:val="Title"/>
      </w:pPr>
      <w:r>
        <w:t>Dotazník pre podnikateľov,</w:t>
        <w:br/>
        <w:t>poľnohospodárov a organizácie</w:t>
      </w:r>
    </w:p>
    <w:p>
      <w:r>
        <w:t>Pomôžte určiť, čo má stratégia rozvoja nášho územia riešiť v najbližších rokoch. Vyplnenie trvá približne 6 – 8 minút.</w:t>
      </w:r>
    </w:p>
    <w:p>
      <w:r>
        <w:t>Odpovede vyhodnotíme súhrnne; vyplnenie nie je žiadosťou ani prísľubom podpory. Pri každej otázke je uvedené, koľko možností označiť. Ak odpoveď neviete, môžete ju vynechať.</w:t>
      </w:r>
    </w:p>
    <w:p>
      <w:pPr>
        <w:keepNext/>
      </w:pPr>
      <w:r>
        <w:rPr>
          <w:b/>
        </w:rPr>
        <w:t>1. Kde a v akej oblasti pôsobíte?</w:t>
      </w:r>
    </w:p>
    <w:p>
      <w:r>
        <w:t>Obec/obce pôsobenia: __________________________________________________</w:t>
      </w:r>
    </w:p>
    <w:p>
      <w:r>
        <w:t>Hlavná činnosť: _______________________________________________________</w:t>
      </w:r>
    </w:p>
    <w:p>
      <w:r>
        <w:t>Typ subjektu (označte všetky vhodné možnosti):</w:t>
      </w:r>
    </w:p>
    <w:p>
      <w:r>
        <w:t>☐ podnikateľ / firma   ☐ poľnohospodár   ☐ spracovateľ potravín</w:t>
      </w:r>
    </w:p>
    <w:p>
      <w:r>
        <w:t>☐ spolok / nezisková organizácia   ☐ sociálny podnik</w:t>
      </w:r>
    </w:p>
    <w:p>
      <w:r>
        <w:t>☐ plánujem začať   ☐ iné: __________________________</w:t>
      </w:r>
    </w:p>
    <w:p>
      <w:pPr>
        <w:keepNext/>
      </w:pPr>
      <w:r>
        <w:rPr>
          <w:b/>
        </w:rPr>
        <w:t>2. Čo vám najviac bráni v rozvoji?</w:t>
      </w:r>
    </w:p>
    <w:p>
      <w:r>
        <w:t>Označte najviac 3 možnosti. Najdôležitejšiu podčiarknite.</w:t>
      </w:r>
    </w:p>
    <w:p>
      <w:r>
        <w:t>☐  Nedostatok financií</w:t>
      </w:r>
    </w:p>
    <w:p>
      <w:r>
        <w:t>☐  Chýbajúce alebo nevyhovujúce priestory, stroje a vybavenie</w:t>
      </w:r>
    </w:p>
    <w:p>
      <w:r>
        <w:t>☐  Nedostatok pracovníkov, členov alebo dobrovoľníkov</w:t>
      </w:r>
    </w:p>
    <w:p>
      <w:r>
        <w:t>☐  Slabý odbyt, propagácia alebo záujem o naše služby</w:t>
      </w:r>
    </w:p>
    <w:p>
      <w:r>
        <w:t>☐  Administratíva a nedostatok odborného poradenstva</w:t>
      </w:r>
    </w:p>
    <w:p>
      <w:r>
        <w:t>☐  Vysoké prevádzkové náklady</w:t>
      </w:r>
    </w:p>
    <w:p>
      <w:r>
        <w:t>☐  Chýbajúci partneri na spoluprácu</w:t>
      </w:r>
    </w:p>
    <w:p>
      <w:r>
        <w:t>☐  Iné: ______________________________________________________________</w:t>
      </w:r>
    </w:p>
    <w:p>
      <w:pPr>
        <w:keepNext/>
      </w:pPr>
      <w:r>
        <w:rPr>
          <w:b/>
        </w:rPr>
        <w:t>3. O akú spoluprácu v regióne máte záujem? (najviac 2 možnosti)</w:t>
      </w:r>
    </w:p>
    <w:p>
      <w:r>
        <w:t>☐ spoločný predaj / odbyt   ☐ spoločná propagácia a turistická ponuka</w:t>
      </w:r>
    </w:p>
    <w:p>
      <w:r>
        <w:t>☐ zdieľanie techniky alebo služieb   ☐ spoločné komunitné aktivity</w:t>
      </w:r>
    </w:p>
    <w:p>
      <w:r>
        <w:t>☐ vzdelávanie a výmena skúseností   ☐ iné: __________________</w:t>
      </w:r>
    </w:p>
    <w:p>
      <w:r>
        <w:t>☐ zatiaľ neviem   ☐ nemám záujem (označte samostatne)</w:t>
      </w:r>
    </w:p>
    <w:p>
      <w:pPr>
        <w:keepNext/>
      </w:pPr>
      <w:r>
        <w:rPr>
          <w:b/>
        </w:rPr>
        <w:t>4. Máte zámer na roky 2027 – 2029? (jedna možnosť)</w:t>
      </w:r>
    </w:p>
    <w:p>
      <w:r>
        <w:t>☐ konkrétny zámer   ☐ zatiaľ len nápad   ☐ nie</w:t>
      </w:r>
    </w:p>
    <w:p>
      <w:r>
        <w:t>Ak nie, preskočte otázky 5 – 8 a pokračujte otázkou 9 na druhej strane.</w:t>
      </w:r>
    </w:p>
    <w:p>
      <w:r>
        <w:br w:type="page"/>
      </w:r>
    </w:p>
    <w:p>
      <w:pPr>
        <w:keepNext/>
      </w:pPr>
      <w:r>
        <w:rPr>
          <w:b/>
        </w:rPr>
        <w:t>5. Čo chcete uskutočniť a komu to pomôže?</w:t>
      </w:r>
    </w:p>
    <w:p>
      <w:r>
        <w:t>Opíšte jeden najdôležitejší zámer: čo, kde, aký problém rieši a kto ho využije.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keepNext/>
      </w:pPr>
      <w:r>
        <w:rPr>
          <w:b/>
        </w:rPr>
        <w:t>6. Koľko bude zámer stáť a kedy ho chcete realizovať?</w:t>
      </w:r>
    </w:p>
    <w:p>
      <w:r>
        <w:t>Odhad celkových nákladov: __________________ €   ☐ zatiaľ neviem</w:t>
      </w:r>
    </w:p>
    <w:p>
      <w:r>
        <w:t>☐ 2027   ☐ 2028   ☐ 2029   ☐ termín zatiaľ neviem</w:t>
      </w:r>
    </w:p>
    <w:p>
      <w:pPr>
        <w:keepNext/>
      </w:pPr>
      <w:r>
        <w:rPr>
          <w:b/>
        </w:rPr>
        <w:t>7. Ako je zámer pripravený?</w:t>
      </w:r>
    </w:p>
    <w:p>
      <w:r>
        <w:t>Stav (jedna možnosť): ☐ nápad  ☐ v príprave  ☐ pripravený na realizáciu</w:t>
      </w:r>
    </w:p>
    <w:p>
      <w:r>
        <w:t>Ak sú potrebné priestory, pozemok alebo povolenia, čo ešte chýba?</w:t>
      </w:r>
    </w:p>
    <w:p>
      <w:r>
        <w:t>________________________________________________________________________</w:t>
      </w:r>
    </w:p>
    <w:p>
      <w:r>
        <w:t>Viete zabezpečiť vlastný podiel, ak bude potrebný?  ☐ áno  ☐ nie  ☐ neviem</w:t>
      </w:r>
    </w:p>
    <w:p>
      <w:r>
        <w:t>Viete zabezpečiť peniaze do vyplatenia podpory, ak to bude potrebné?</w:t>
      </w:r>
    </w:p>
    <w:p>
      <w:r>
        <w:t>☐ áno   ☐ nie   ☐ neviem</w:t>
      </w:r>
    </w:p>
    <w:p>
      <w:pPr>
        <w:keepNext/>
      </w:pPr>
      <w:r>
        <w:rPr>
          <w:b/>
        </w:rPr>
        <w:t>8. Vzniknú vďaka zámeru nové platené pracovné miesta? (jedna možnosť)</w:t>
      </w:r>
    </w:p>
    <w:p>
      <w:r>
        <w:t>☐ nie   ☐ áno, počet: ______   ☐ zatiaľ neviem</w:t>
      </w:r>
    </w:p>
    <w:p>
      <w:r>
        <w:t>Ak áno, celkový rozsah úväzkov (ak viete): ______; plný úväzok = 1, polovičný = 0,5.</w:t>
      </w:r>
    </w:p>
    <w:p>
      <w:pPr>
        <w:keepNext/>
      </w:pPr>
      <w:r>
        <w:rPr>
          <w:b/>
        </w:rPr>
        <w:t>9. Akú pomoc od MAS najviac potrebujete? (najviac 2 možnosti)</w:t>
      </w:r>
    </w:p>
    <w:p>
      <w:r>
        <w:t>☐ informácie o výzvach   ☐ konzultáciu zámeru</w:t>
      </w:r>
    </w:p>
    <w:p>
      <w:r>
        <w:t>☐ poradenstvo k žiadosti a realizácii   ☐ hľadanie partnerov</w:t>
      </w:r>
    </w:p>
    <w:p>
      <w:r>
        <w:t>☐ propagáciu   ☐ iné: __________________   ☐ žiadnu (samostatne)</w:t>
      </w:r>
    </w:p>
    <w:p>
      <w:pPr>
        <w:keepNext/>
      </w:pPr>
      <w:r>
        <w:rPr>
          <w:b/>
        </w:rPr>
        <w:t>10. Ďalší podnet alebo kontakt na konzultáciu (nepovinné)</w:t>
      </w:r>
    </w:p>
    <w:p>
      <w:r>
        <w:t>________________________________________________________________________</w:t>
      </w:r>
    </w:p>
    <w:p>
      <w:r>
        <w:t>Názov subjektu: _____________________   E-mail / telefón: __________________</w:t>
      </w:r>
    </w:p>
    <w:p>
      <w:r>
        <w:t>Kontakt uveďte len vtedy, ak chcete, aby vás MAS oslovila ku konzultácii zámeru.</w:t>
      </w:r>
    </w:p>
    <w:p>
      <w:pPr>
        <w:pStyle w:val="Heading2"/>
      </w:pPr>
      <w:r>
        <w:t>Ďakujeme za váš čas a podnety.</w:t>
      </w:r>
    </w:p>
    <w:p>
      <w:r>
        <w:t>Termín odovzdania: __________________   Spôsob odovzdania: __________________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45B5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45B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