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MAS HORNÝ ŠARIŠ – MINČOL</w:t>
      </w:r>
    </w:p>
    <w:p>
      <w:pPr>
        <w:pStyle w:val="Title"/>
      </w:pPr>
      <w:r>
        <w:t>Dotazník pre obce a mesto</w:t>
      </w:r>
    </w:p>
    <w:p>
      <w:r>
        <w:t>Pomôžte určiť, čo má stratégia rozvoja nášho územia riešiť v najbližších rokoch. Vyplnenie trvá približne 8 – 10 minút.</w:t>
      </w:r>
    </w:p>
    <w:p>
      <w:r>
        <w:t>Odpovede vyhodnotíme súhrnne; vyplnenie nie je žiadosťou ani prísľubom podpory. Pri každej otázke je uvedené, koľko možností označiť. Ak odpoveď neviete, môžete ju vynechať.</w:t>
      </w:r>
    </w:p>
    <w:p>
      <w:pPr>
        <w:keepNext/>
      </w:pPr>
      <w:r>
        <w:rPr>
          <w:b/>
        </w:rPr>
        <w:t>1. Základné údaje</w:t>
      </w:r>
    </w:p>
    <w:p>
      <w:r>
        <w:t>Obec/mesto: _________________________________________________________</w:t>
      </w:r>
    </w:p>
    <w:p>
      <w:r>
        <w:t>Vyplnil/a – meno a funkcia: ______________________________________________</w:t>
      </w:r>
    </w:p>
    <w:p>
      <w:r>
        <w:t>Pracovný kontakt (e-mail alebo telefón): ___________________________________</w:t>
      </w:r>
    </w:p>
    <w:p>
      <w:pPr>
        <w:keepNext/>
      </w:pPr>
      <w:r>
        <w:rPr>
          <w:b/>
        </w:rPr>
        <w:t>2. Ktoré tri potreby obce sú najnaliehavejšie?</w:t>
      </w:r>
    </w:p>
    <w:p>
      <w:r>
        <w:t>Uveďte ich v poradí dôležitosti. Ku každej stručne doplňte, koho sa týka.</w:t>
      </w:r>
    </w:p>
    <w:p>
      <w:r>
        <w:t>1. _____________________________________________________________________</w:t>
      </w:r>
    </w:p>
    <w:p>
      <w:r>
        <w:t>2. _____________________________________________________________________</w:t>
      </w:r>
    </w:p>
    <w:p>
      <w:r>
        <w:t>3. _____________________________________________________________________</w:t>
      </w:r>
    </w:p>
    <w:p>
      <w:pPr>
        <w:keepNext/>
      </w:pPr>
      <w:r>
        <w:rPr>
          <w:b/>
        </w:rPr>
        <w:t>3. Ktorým skupinám chýbajú služby alebo možnosti zapojenia? (najviac 3)</w:t>
      </w:r>
    </w:p>
    <w:p>
      <w:r>
        <w:t>☐ deti a mládež   ☐ rodiny s deťmi   ☐ seniori</w:t>
      </w:r>
    </w:p>
    <w:p>
      <w:r>
        <w:t>☐ ľudia so zdravotným znevýhodnením   ☐ nezamestnaní</w:t>
      </w:r>
    </w:p>
    <w:p>
      <w:r>
        <w:t>☐ sociálne znevýhodnené komunity   ☐ iné: __________________</w:t>
      </w:r>
    </w:p>
    <w:p>
      <w:r>
        <w:t>☐ nevieme identifikovať (označte samostatne)</w:t>
      </w:r>
    </w:p>
    <w:p>
      <w:r>
        <w:t>Čo im konkrétne chýba?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keepNext/>
      </w:pPr>
      <w:r>
        <w:rPr>
          <w:b/>
        </w:rPr>
        <w:t>4. Čo podľa vašich skúseností najviac pomôže ľuďom zostať v obci?</w:t>
      </w:r>
    </w:p>
    <w:p>
      <w:r>
        <w:t>Uveďte najviac 2 veci, napríklad práca, bývanie, doprava alebo konkrétna služba.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keepNext/>
      </w:pPr>
      <w:r>
        <w:rPr>
          <w:b/>
        </w:rPr>
        <w:t>5. Na čom sa dá postaviť rozvoj obce?</w:t>
      </w:r>
    </w:p>
    <w:p>
      <w:r>
        <w:t>Uveďte konkrétny miestny produkt, podnik, spolok, tradíciu alebo turistický cieľ a čo potrebuje na rozvoj.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keepNext/>
      </w:pPr>
      <w:r>
        <w:rPr>
          <w:b/>
        </w:rPr>
        <w:t>6. Aký je váš najdôležitejší projektový zámer na roky 2027 – 2029?</w:t>
      </w:r>
    </w:p>
    <w:p>
      <w:r>
        <w:t>Ak zámer nemáte, pokračujte otázkou 7. Pri ďalšom zámere môžete priložiť rovnaké údaje samostatne.</w:t>
      </w:r>
    </w:p>
    <w:p>
      <w:r>
        <w:t>Názov a miesto: ______________________________________________________</w:t>
      </w:r>
    </w:p>
    <w:p>
      <w:r>
        <w:t>Čo sa urobí, aký problém sa vyrieši a kto bude výsledok využívať?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Odhad nákladov: __________________ €  ☐ neviem     Rok: ______________</w:t>
      </w:r>
    </w:p>
    <w:p>
      <w:r>
        <w:t>Stav: ☐ nápad  ☐ v príprave  ☐ pripravený na realizáciu</w:t>
      </w:r>
    </w:p>
    <w:p>
      <w:r>
        <w:t>Máte zabezpečené právo užívať pozemok/priestory? ☐ áno ☐ nie ☐ netýka sa</w:t>
      </w:r>
    </w:p>
    <w:p>
      <w:r>
        <w:t>Ak treba dokumentáciu alebo povolenia, čo chýba? __________________________</w:t>
      </w:r>
    </w:p>
    <w:p>
      <w:r>
        <w:t>Viete zabezpečiť prípadné spolufinancovanie?  ☐ áno  ☐ nie  ☐ neviem</w:t>
      </w:r>
    </w:p>
    <w:p>
      <w:r>
        <w:t>Viete projekt predfinancovať, ak to bude potrebné?  ☐ áno  ☐ nie  ☐ neviem</w:t>
      </w:r>
    </w:p>
    <w:p>
      <w:r>
        <w:t>Nové platené pracovné miesta: ☐ 0  ☐ počet: ______  ☐ neviem</w:t>
      </w:r>
    </w:p>
    <w:p>
      <w:r>
        <w:t>Súčet nových úväzkov, ak viete: ______ (plný = 1; polovičný = 0,5).</w:t>
      </w:r>
    </w:p>
    <w:p>
      <w:r>
        <w:t>Kto zabezpečí prevádzku a údržbu výsledku? _______________________________</w:t>
      </w:r>
    </w:p>
    <w:p>
      <w:pPr>
        <w:keepNext/>
      </w:pPr>
      <w:r>
        <w:rPr>
          <w:b/>
        </w:rPr>
        <w:t>7. Máte záujem o spoločné služby, techniku alebo projekt s inou obcou?</w:t>
      </w:r>
    </w:p>
    <w:p>
      <w:r>
        <w:t>☐ áno   ☐ možno   ☐ nie</w:t>
      </w:r>
    </w:p>
    <w:p>
      <w:r>
        <w:t>Čo by ste využívali spoločne a s kým?</w:t>
      </w:r>
    </w:p>
    <w:p>
      <w:r>
        <w:t>________________________________________________________________________</w:t>
      </w:r>
    </w:p>
    <w:p>
      <w:pPr>
        <w:keepNext/>
      </w:pPr>
      <w:r>
        <w:rPr>
          <w:b/>
        </w:rPr>
        <w:t>8. Akú pomoc od MAS potrebujete? (najviac 2 možnosti)</w:t>
      </w:r>
    </w:p>
    <w:p>
      <w:r>
        <w:t>☐ konzultáciu zámeru   ☐ poradenstvo k žiadosti a realizácii</w:t>
      </w:r>
    </w:p>
    <w:p>
      <w:r>
        <w:t>☐ hľadanie partnerov   ☐ zapojenie obyvateľov</w:t>
      </w:r>
    </w:p>
    <w:p>
      <w:r>
        <w:t>☐ iné: __________________________   ☐ žiadnu (samostatne)</w:t>
      </w:r>
    </w:p>
    <w:p>
      <w:pPr>
        <w:pStyle w:val="Heading2"/>
      </w:pPr>
      <w:r>
        <w:t>Ďakujeme za váš čas a podnety.</w:t>
      </w:r>
    </w:p>
    <w:p>
      <w:r>
        <w:t>Termín odovzdania: __________________   Spôsob odovzdania: __________________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45B5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45B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